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7"/>
        <w:gridCol w:w="3627"/>
        <w:gridCol w:w="3627"/>
      </w:tblGrid>
      <w:tr>
        <w:tc>
          <w:tcPr>
            <w:tcW w:type="dxa" w:w="1417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drawing>
                <wp:inline xmlns:a="http://schemas.openxmlformats.org/drawingml/2006/main" xmlns:pic="http://schemas.openxmlformats.org/drawingml/2006/picture">
                  <wp:extent cx="594000" cy="59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pl_small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00" cy="59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783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sz w:val="25"/>
              </w:rPr>
              <w:t>SCHEDA DI ISCRIZIONE AL CORSO INTENSIVO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sz w:val="24"/>
              </w:rPr>
              <w:t>PER SAFETY &amp; SECURITY NEGLI EVENTI PUBBLICI</w:t>
            </w:r>
          </w:p>
        </w:tc>
        <w:tc>
          <w:tcPr>
            <w:tcW w:type="dxa" w:w="2835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1F2B6C"/>
                <w:sz w:val="19"/>
              </w:rPr>
              <w:t>Al Dott. Giuseppe PROVINZANO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 w:val="0"/>
                <w:i w:val="0"/>
                <w:color w:val="1F2B6C"/>
                <w:sz w:val="18"/>
              </w:rPr>
              <w:t>Coordinatore della Delegazione “O.P.L.” di</w:t>
            </w:r>
          </w:p>
          <w:p>
            <w:pPr>
              <w:spacing w:before="0" w:after="0" w:line="240" w:lineRule="auto"/>
              <w:jc w:val="right"/>
            </w:pPr>
            <w:r>
              <w:rPr>
                <w:rFonts w:ascii="Arial" w:hAnsi="Arial"/>
                <w:b/>
                <w:i w:val="0"/>
                <w:color w:val="1F2B6C"/>
                <w:sz w:val="19"/>
              </w:rPr>
              <w:t>PALERMO</w:t>
            </w:r>
          </w:p>
        </w:tc>
      </w:tr>
    </w:tbl>
    <w:p>
      <w:pPr>
        <w:spacing w:after="20"/>
      </w:pP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F2B6C"/>
          <w:sz w:val="21"/>
        </w:rPr>
        <w:t>DATI DEL/DELLA RICHIEDENTE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0"/>
        <w:gridCol w:w="2720"/>
        <w:gridCol w:w="2720"/>
        <w:gridCol w:w="2720"/>
      </w:tblGrid>
      <w:tr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Cognome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Nome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Data di nascita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Luogo di nascita / Prov.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Codice fiscale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3005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Comune di domicilio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Provincia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CAP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8278"/>
            <w:gridSpan w:val="3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Indirizzo del domicilio (via/piazza e n. civico)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2268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Località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  <w:tr>
        <w:tc>
          <w:tcPr>
            <w:tcW w:type="dxa" w:w="6010"/>
            <w:gridSpan w:val="2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Telefono / Cellulare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  <w:tc>
          <w:tcPr>
            <w:tcW w:type="dxa" w:w="4536"/>
            <w:gridSpan w:val="2"/>
            <w:tcMar>
              <w:top w:w="45" w:type="dxa"/>
              <w:start w:w="70" w:type="dxa"/>
              <w:bottom w:w="45" w:type="dxa"/>
              <w:end w:w="70" w:type="dxa"/>
            </w:tcMar>
            <w:tcBorders>
              <w:bottom w:val="single" w:sz="4" w:color="B5B5B5"/>
              <w:top w:val="single" w:sz="4" w:color="B5B5B5"/>
              <w:left w:val="single" w:sz="4" w:color="B5B5B5"/>
              <w:right w:val="single" w:sz="4" w:color="B5B5B5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/>
                <w:color w:val="1F2B6C"/>
                <w:sz w:val="16"/>
              </w:rPr>
              <w:t>E-mail per le comunicazioni (*)</w:t>
            </w:r>
          </w:p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22"/>
              </w:rPr>
              <w:t xml:space="preserve"> </w:t>
            </w:r>
          </w:p>
        </w:tc>
      </w:tr>
    </w:tbl>
    <w:p>
      <w:pPr>
        <w:spacing w:after="20"/>
      </w:pPr>
    </w:p>
    <w:p>
      <w:pPr>
        <w:spacing w:before="0" w:after="40" w:line="240" w:lineRule="auto"/>
      </w:pPr>
      <w:r>
        <w:rPr>
          <w:rFonts w:ascii="Arial" w:hAnsi="Arial"/>
          <w:b/>
          <w:i w:val="0"/>
          <w:color w:val="1F2B6C"/>
          <w:sz w:val="21"/>
        </w:rPr>
        <w:t>RICHIESTA DI ISCRIZIONE</w:t>
      </w:r>
    </w:p>
    <w:p>
      <w:pPr>
        <w:spacing w:before="0" w:after="80" w:line="240" w:lineRule="auto"/>
      </w:pPr>
      <w:r>
        <w:rPr>
          <w:rFonts w:ascii="Arial" w:hAnsi="Arial"/>
          <w:b w:val="0"/>
          <w:i w:val="0"/>
          <w:sz w:val="18"/>
        </w:rPr>
        <w:t xml:space="preserve">Il/La sottoscritto/a, con la presente, </w:t>
      </w:r>
      <w:r>
        <w:rPr>
          <w:rFonts w:ascii="Arial" w:hAnsi="Arial"/>
          <w:b/>
          <w:i w:val="0"/>
          <w:sz w:val="18"/>
        </w:rPr>
        <w:t>CHIEDE</w:t>
      </w:r>
      <w:r>
        <w:rPr>
          <w:rFonts w:ascii="Arial" w:hAnsi="Arial"/>
          <w:b w:val="0"/>
          <w:i w:val="0"/>
          <w:sz w:val="18"/>
        </w:rPr>
        <w:t xml:space="preserve"> di essere iscritto/a al corso intensivo “Safety &amp; Security negli eventi pubblici – ruoli, compiti e procedure operative”, della durata complessiva di 30 ore.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8277"/>
      </w:tblGrid>
      <w:tr>
        <w:tc>
          <w:tcPr>
            <w:tcW w:type="dxa" w:w="2268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  <w:shd w:fill="FFF200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CORSO SAFETY &amp; SECURITY:</w:t>
            </w:r>
          </w:p>
        </w:tc>
        <w:tc>
          <w:tcPr>
            <w:tcW w:type="dxa" w:w="8277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  <w:shd w:fill="FFF200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sz w:val="17"/>
              </w:rPr>
              <w:t>Le lezioni si svolgeranno nel Comune di BLUFI (PA) nel mese di ottobre 2026, secondo il programma/calendario che sarà comunicato.</w:t>
            </w:r>
          </w:p>
        </w:tc>
      </w:tr>
      <w:tr>
        <w:tc>
          <w:tcPr>
            <w:tcW w:type="dxa" w:w="2268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/>
                <w:i w:val="0"/>
                <w:color w:val="1F2B6C"/>
                <w:sz w:val="17"/>
              </w:rPr>
              <w:t>CONTRIBUTO</w:t>
            </w:r>
          </w:p>
        </w:tc>
        <w:tc>
          <w:tcPr>
            <w:tcW w:type="dxa" w:w="8277"/>
            <w:tcMar>
              <w:top w:w="65" w:type="dxa"/>
              <w:start w:w="85" w:type="dxa"/>
              <w:bottom w:w="65" w:type="dxa"/>
              <w:end w:w="85" w:type="dxa"/>
            </w:tcMar>
            <w:tcBorders>
              <w:top w:val="single" w:sz="8" w:color="808080"/>
              <w:left w:val="single" w:sz="8" w:color="808080"/>
              <w:bottom w:val="single" w:sz="8" w:color="808080"/>
              <w:right w:val="single" w:sz="8" w:color="808080"/>
            </w:tcBorders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sz w:val="17"/>
              </w:rPr>
              <w:t>Contributo di partecipazione: € 40,00. Le modalità di versamento saranno comunicate dalla Segreteria Organizzativa dopo la conferma dell’iscrizione e prima dell’inizio del corso.</w:t>
            </w:r>
          </w:p>
        </w:tc>
      </w:tr>
    </w:tbl>
    <w:p>
      <w:pPr>
        <w:spacing w:before="60" w:after="60" w:line="240" w:lineRule="auto"/>
      </w:pPr>
      <w:r>
        <w:rPr>
          <w:rFonts w:ascii="Arial" w:hAnsi="Arial"/>
          <w:b w:val="0"/>
          <w:i/>
          <w:sz w:val="16"/>
        </w:rPr>
        <w:t>Il corso ha finalità formative e non comporta, di per sé, l’attribuzione di qualifiche, funzioni o poteri di pubblica sicurezza.</w:t>
      </w:r>
    </w:p>
    <w:p>
      <w:pPr>
        <w:spacing w:before="20" w:after="20" w:line="240" w:lineRule="auto"/>
      </w:pPr>
      <w:r>
        <w:rPr>
          <w:rFonts w:ascii="Arial" w:hAnsi="Arial"/>
          <w:b/>
          <w:i w:val="0"/>
          <w:color w:val="1F2B6C"/>
          <w:sz w:val="19"/>
        </w:rPr>
        <w:t>INFORMATIVA PRIVACY</w:t>
      </w:r>
      <w:r>
        <w:rPr>
          <w:rFonts w:ascii="Arial" w:hAnsi="Arial"/>
          <w:b/>
          <w:i w:val="0"/>
          <w:color w:val="1F2B6C"/>
          <w:sz w:val="17"/>
        </w:rPr>
        <w:t xml:space="preserve"> – art. 13 Regolamento (UE) 2016/679 e D.Lgs. 196/2003 e s.m.i.</w:t>
      </w:r>
    </w:p>
    <w:p>
      <w:pPr>
        <w:spacing w:before="0" w:after="40" w:line="228" w:lineRule="auto"/>
      </w:pPr>
      <w:r>
        <w:rPr>
          <w:rFonts w:ascii="Arial" w:hAnsi="Arial"/>
          <w:b w:val="0"/>
          <w:i w:val="0"/>
          <w:sz w:val="15"/>
        </w:rPr>
        <w:t>Titolare del trattamento: Associazione O.P.L. – Delegazione Provinciale di Palermo. I dati forniti saranno trattati esclusivamente per la gestione dell’iscrizione, l’organizzazione del corso e le comunicazioni strettamente connesse alle relative attività. Il conferimento dei dati contrassegnati con (*) è necessario per perfezionare l’iscrizione. I dati saranno trattati con modalità cartacee e/o elettroniche, conservati per il tempo necessario alle finalità indicate e comunicati solo ai soggetti coinvolti nell’organizzazione del corso o nei casi previsti dalla legge. L’interessato può esercitare i diritti previsti dagli artt. 15-22 del GDPR e proporre reclamo al Garante per la protezione dei dati personali. Contatto: peppeprov2022@gmail.com.</w:t>
      </w:r>
    </w:p>
    <w:p>
      <w:pPr>
        <w:spacing w:before="0" w:after="40" w:line="240" w:lineRule="auto"/>
      </w:pPr>
      <w:r>
        <w:rPr>
          <w:rFonts w:ascii="Arial" w:hAnsi="Arial"/>
          <w:b w:val="0"/>
          <w:i/>
          <w:sz w:val="16"/>
        </w:rPr>
        <w:t>Il/La richiedente dichiara di aver preso visione della presente informativa.</w:t>
      </w:r>
    </w:p>
    <w:p>
      <w:pPr>
        <w:spacing w:before="20" w:after="20" w:line="240" w:lineRule="auto"/>
      </w:pPr>
      <w:r>
        <w:rPr>
          <w:rFonts w:ascii="Arial" w:hAnsi="Arial"/>
          <w:b/>
          <w:i w:val="0"/>
          <w:color w:val="1F2B6C"/>
          <w:sz w:val="17"/>
        </w:rPr>
        <w:t xml:space="preserve">Per informazioni: </w:t>
      </w:r>
      <w:r>
        <w:rPr>
          <w:rFonts w:ascii="Arial" w:hAnsi="Arial"/>
          <w:b/>
          <w:i w:val="0"/>
          <w:color w:val="1F2B6C"/>
          <w:sz w:val="17"/>
        </w:rPr>
        <w:t>Dott. Giuseppe Provinzano – cell. 334 3420461 (WhatsApp) – e-mail: peppeprov2022@gmail.com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40"/>
        <w:gridCol w:w="5440"/>
      </w:tblGrid>
      <w:tr>
        <w:tc>
          <w:tcPr>
            <w:tcW w:type="dxa" w:w="4535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0" w:line="240" w:lineRule="auto"/>
            </w:pPr>
            <w:r>
              <w:rPr>
                <w:rFonts w:ascii="Arial" w:hAnsi="Arial"/>
                <w:b w:val="0"/>
                <w:i w:val="0"/>
                <w:sz w:val="18"/>
              </w:rPr>
              <w:t>Data ____ / ____ / 2026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12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1F2B6C"/>
                <w:sz w:val="17"/>
              </w:rPr>
              <w:t>Firma del/della richiedente</w:t>
            </w:r>
          </w:p>
          <w:p>
            <w:pPr>
              <w:spacing w:before="4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sz w:val="18"/>
              </w:rPr>
              <w:t>____________________________________</w:t>
            </w:r>
          </w:p>
        </w:tc>
      </w:tr>
    </w:tbl>
    <w:sectPr w:rsidR="00FC693F" w:rsidRPr="0006063C" w:rsidSect="00034616">
      <w:pgSz w:w="12240" w:h="15840"/>
      <w:pgMar w:top="567" w:right="680" w:bottom="567" w:left="680" w:header="227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SAFETY &amp; SECURITY NEGLI EVENTI PUBBLICI</dc:title>
  <dc:subject>Scheda di iscrizione – Blufi 2026</dc:subject>
  <dc:creator>O.P.L. – Delegazione Provinciale di Palermo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