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23544" w14:textId="77777777" w:rsidR="007B2CEE" w:rsidRPr="007B2CEE" w:rsidRDefault="007B2CEE" w:rsidP="007B2CEE">
      <w:pPr>
        <w:spacing w:after="140"/>
        <w:jc w:val="right"/>
        <w:rPr>
          <w:rFonts w:cs="Times New Roman"/>
        </w:rPr>
      </w:pPr>
      <w:r w:rsidRPr="007B2CEE">
        <w:rPr>
          <w:rFonts w:cs="Times New Roman"/>
          <w:b/>
        </w:rPr>
        <w:t>Al Signor Sindaco</w:t>
      </w:r>
      <w:r w:rsidRPr="007B2CEE">
        <w:rPr>
          <w:rFonts w:cs="Times New Roman"/>
          <w:b/>
        </w:rPr>
        <w:br/>
        <w:t>del Comune di BLUFI</w:t>
      </w:r>
    </w:p>
    <w:p w14:paraId="11A23F42" w14:textId="77777777" w:rsidR="007B2CEE" w:rsidRPr="007B2CEE" w:rsidRDefault="007B2CEE" w:rsidP="007B2CEE">
      <w:pPr>
        <w:spacing w:after="20"/>
        <w:jc w:val="center"/>
        <w:rPr>
          <w:rFonts w:cs="Times New Roman"/>
        </w:rPr>
      </w:pPr>
      <w:r w:rsidRPr="007B2CEE">
        <w:rPr>
          <w:rFonts w:cs="Times New Roman"/>
          <w:b/>
        </w:rPr>
        <w:t>DOMANDA PER L’UTILIZZO DELLO SCUOLABUS COMUNALE</w:t>
      </w:r>
    </w:p>
    <w:p w14:paraId="18617A61" w14:textId="77777777" w:rsidR="007B2CEE" w:rsidRPr="007B2CEE" w:rsidRDefault="007B2CEE" w:rsidP="007B2CEE">
      <w:pPr>
        <w:spacing w:after="140"/>
        <w:jc w:val="center"/>
        <w:rPr>
          <w:rFonts w:cs="Times New Roman"/>
        </w:rPr>
      </w:pPr>
      <w:r w:rsidRPr="007B2CEE">
        <w:rPr>
          <w:rFonts w:cs="Times New Roman"/>
          <w:b/>
        </w:rPr>
        <w:t>ANNO SCOLASTICO 2026/2027</w:t>
      </w:r>
    </w:p>
    <w:p w14:paraId="6EA0A5F0" w14:textId="77777777" w:rsidR="007B2CEE" w:rsidRPr="007B2CEE" w:rsidRDefault="007B2CEE" w:rsidP="007B2CEE">
      <w:pPr>
        <w:jc w:val="center"/>
        <w:rPr>
          <w:rFonts w:cs="Times New Roman"/>
        </w:rPr>
      </w:pPr>
      <w:r w:rsidRPr="007B2CEE">
        <w:rPr>
          <w:rFonts w:cs="Times New Roman"/>
        </w:rPr>
        <w:t>DATI DEL GENITORE / ESERCENTE LA RESPONSABILITÀ GENITORIALE</w:t>
      </w:r>
    </w:p>
    <w:p w14:paraId="240AEC10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Il/La sottoscritto/a </w:t>
      </w:r>
      <w:r w:rsidRPr="007B2CEE">
        <w:rPr>
          <w:rFonts w:cs="Times New Roman"/>
        </w:rPr>
        <w:t>____________________________________________________________</w:t>
      </w:r>
    </w:p>
    <w:p w14:paraId="520EEFAA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nato/a a </w:t>
      </w:r>
      <w:r w:rsidRPr="007B2CEE">
        <w:rPr>
          <w:rFonts w:cs="Times New Roman"/>
        </w:rPr>
        <w:t>_______________________________________</w:t>
      </w:r>
      <w:proofErr w:type="gramStart"/>
      <w:r w:rsidRPr="007B2CEE">
        <w:rPr>
          <w:rFonts w:cs="Times New Roman"/>
        </w:rPr>
        <w:t>_  il</w:t>
      </w:r>
      <w:proofErr w:type="gramEnd"/>
      <w:r w:rsidRPr="007B2CEE">
        <w:rPr>
          <w:rFonts w:cs="Times New Roman"/>
        </w:rPr>
        <w:t xml:space="preserve"> ______________________</w:t>
      </w:r>
    </w:p>
    <w:p w14:paraId="220D1C09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residente a </w:t>
      </w:r>
      <w:r w:rsidRPr="007B2CEE">
        <w:rPr>
          <w:rFonts w:cs="Times New Roman"/>
        </w:rPr>
        <w:t>___________________________</w:t>
      </w:r>
      <w:proofErr w:type="gramStart"/>
      <w:r w:rsidRPr="007B2CEE">
        <w:rPr>
          <w:rFonts w:cs="Times New Roman"/>
        </w:rPr>
        <w:t>_  frazione</w:t>
      </w:r>
      <w:proofErr w:type="gramEnd"/>
      <w:r w:rsidRPr="007B2CEE">
        <w:rPr>
          <w:rFonts w:cs="Times New Roman"/>
        </w:rPr>
        <w:t xml:space="preserve"> __________________________</w:t>
      </w:r>
    </w:p>
    <w:p w14:paraId="6BF93F7D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via/piazza </w:t>
      </w:r>
      <w:r w:rsidRPr="007B2CEE">
        <w:rPr>
          <w:rFonts w:cs="Times New Roman"/>
        </w:rPr>
        <w:t>_______________________________________</w:t>
      </w:r>
      <w:proofErr w:type="gramStart"/>
      <w:r w:rsidRPr="007B2CEE">
        <w:rPr>
          <w:rFonts w:cs="Times New Roman"/>
        </w:rPr>
        <w:t>_  n.</w:t>
      </w:r>
      <w:proofErr w:type="gramEnd"/>
      <w:r w:rsidRPr="007B2CEE">
        <w:rPr>
          <w:rFonts w:cs="Times New Roman"/>
        </w:rPr>
        <w:t xml:space="preserve"> ____________________</w:t>
      </w:r>
    </w:p>
    <w:p w14:paraId="54057D6B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telefono </w:t>
      </w:r>
      <w:r w:rsidRPr="007B2CEE">
        <w:rPr>
          <w:rFonts w:cs="Times New Roman"/>
        </w:rPr>
        <w:t>_______________________</w:t>
      </w:r>
      <w:proofErr w:type="gramStart"/>
      <w:r w:rsidRPr="007B2CEE">
        <w:rPr>
          <w:rFonts w:cs="Times New Roman"/>
        </w:rPr>
        <w:t>_  e-mail</w:t>
      </w:r>
      <w:proofErr w:type="gramEnd"/>
      <w:r w:rsidRPr="007B2CEE">
        <w:rPr>
          <w:rFonts w:cs="Times New Roman"/>
        </w:rPr>
        <w:t xml:space="preserve"> __________________________________</w:t>
      </w:r>
    </w:p>
    <w:p w14:paraId="71A957FF" w14:textId="77777777" w:rsidR="007B2CEE" w:rsidRPr="007B2CEE" w:rsidRDefault="007B2CEE" w:rsidP="007B2CEE">
      <w:pPr>
        <w:pStyle w:val="Titolo1"/>
        <w:spacing w:before="60" w:after="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r w:rsidRPr="007B2CEE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DATI DELL’ALUNNO/A</w:t>
      </w:r>
    </w:p>
    <w:p w14:paraId="08A1C195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Nome e cognome </w:t>
      </w:r>
      <w:r w:rsidRPr="007B2CEE">
        <w:rPr>
          <w:rFonts w:cs="Times New Roman"/>
        </w:rPr>
        <w:t>____________________________________________________________</w:t>
      </w:r>
    </w:p>
    <w:tbl>
      <w:tblPr>
        <w:tblW w:w="1014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7B2CEE" w:rsidRPr="007B2CEE" w14:paraId="06582496" w14:textId="77777777" w:rsidTr="00F73D14">
        <w:trPr>
          <w:jc w:val="center"/>
        </w:trPr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8C32FE" w14:textId="77777777" w:rsidR="007B2CEE" w:rsidRPr="007B2CEE" w:rsidRDefault="007B2CEE" w:rsidP="00F73D14">
            <w:pPr>
              <w:spacing w:after="0"/>
              <w:rPr>
                <w:rFonts w:cs="Times New Roman"/>
              </w:rPr>
            </w:pPr>
            <w:r w:rsidRPr="007B2CEE">
              <w:rPr>
                <w:rFonts w:cs="Times New Roman"/>
                <w:b/>
              </w:rPr>
              <w:t>Scuola frequentata:</w:t>
            </w:r>
          </w:p>
        </w:tc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8D0726" w14:textId="77777777" w:rsidR="007B2CEE" w:rsidRPr="007B2CEE" w:rsidRDefault="007B2CEE" w:rsidP="00F73D14">
            <w:pPr>
              <w:spacing w:after="0"/>
              <w:rPr>
                <w:rFonts w:cs="Times New Roman"/>
              </w:rPr>
            </w:pPr>
            <w:r w:rsidRPr="007B2CEE">
              <w:rPr>
                <w:rFonts w:cs="Times New Roman"/>
                <w:b/>
              </w:rPr>
              <w:t>Classe / sezione:</w:t>
            </w:r>
          </w:p>
        </w:tc>
      </w:tr>
      <w:tr w:rsidR="007B2CEE" w:rsidRPr="007B2CEE" w14:paraId="1307DA9E" w14:textId="77777777" w:rsidTr="00F73D14">
        <w:trPr>
          <w:jc w:val="center"/>
        </w:trPr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80318E" w14:textId="77777777" w:rsidR="007B2CEE" w:rsidRPr="007B2CEE" w:rsidRDefault="007B2CEE" w:rsidP="00F73D14">
            <w:pPr>
              <w:spacing w:after="0"/>
              <w:rPr>
                <w:rFonts w:cs="Times New Roman"/>
              </w:rPr>
            </w:pPr>
            <w:r w:rsidRPr="007B2CEE">
              <w:rPr>
                <w:rFonts w:ascii="Segoe UI Symbol" w:hAnsi="Segoe UI Symbol" w:cs="Segoe UI Symbol"/>
              </w:rPr>
              <w:t>☐</w:t>
            </w:r>
            <w:r w:rsidRPr="007B2CEE">
              <w:rPr>
                <w:rFonts w:cs="Times New Roman"/>
              </w:rPr>
              <w:t xml:space="preserve"> Infanzia    </w:t>
            </w:r>
            <w:r w:rsidRPr="007B2CEE">
              <w:rPr>
                <w:rFonts w:ascii="Segoe UI Symbol" w:hAnsi="Segoe UI Symbol" w:cs="Segoe UI Symbol"/>
              </w:rPr>
              <w:t>☐</w:t>
            </w:r>
            <w:r w:rsidRPr="007B2CEE">
              <w:rPr>
                <w:rFonts w:cs="Times New Roman"/>
              </w:rPr>
              <w:t xml:space="preserve"> Primaria    </w:t>
            </w:r>
            <w:r w:rsidRPr="007B2CEE">
              <w:rPr>
                <w:rFonts w:ascii="Segoe UI Symbol" w:hAnsi="Segoe UI Symbol" w:cs="Segoe UI Symbol"/>
              </w:rPr>
              <w:t>☐</w:t>
            </w:r>
            <w:r w:rsidRPr="007B2CEE">
              <w:rPr>
                <w:rFonts w:cs="Times New Roman"/>
              </w:rPr>
              <w:t xml:space="preserve"> Secondaria di I grado</w:t>
            </w:r>
          </w:p>
        </w:tc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FA1517" w14:textId="77777777" w:rsidR="007B2CEE" w:rsidRPr="007B2CEE" w:rsidRDefault="007B2CEE" w:rsidP="00F73D14">
            <w:pPr>
              <w:spacing w:after="0"/>
              <w:rPr>
                <w:rFonts w:cs="Times New Roman"/>
              </w:rPr>
            </w:pPr>
            <w:r w:rsidRPr="007B2CEE">
              <w:rPr>
                <w:rFonts w:cs="Times New Roman"/>
              </w:rPr>
              <w:t>________________________________</w:t>
            </w:r>
          </w:p>
        </w:tc>
      </w:tr>
    </w:tbl>
    <w:p w14:paraId="2F5A88E9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Plesso scolastico </w:t>
      </w:r>
      <w:r w:rsidRPr="007B2CEE">
        <w:rPr>
          <w:rFonts w:cs="Times New Roman"/>
        </w:rPr>
        <w:t>_________________________________________________________</w:t>
      </w:r>
    </w:p>
    <w:p w14:paraId="3F431E3F" w14:textId="77777777" w:rsidR="007B2CEE" w:rsidRPr="007B2CEE" w:rsidRDefault="007B2CEE" w:rsidP="007B2CEE">
      <w:pPr>
        <w:rPr>
          <w:rFonts w:cs="Times New Roman"/>
        </w:rPr>
      </w:pPr>
      <w:r w:rsidRPr="007B2CEE">
        <w:rPr>
          <w:rFonts w:cs="Times New Roman"/>
          <w:b/>
        </w:rPr>
        <w:t xml:space="preserve">Fermata/località richiesta </w:t>
      </w:r>
      <w:r w:rsidRPr="007B2CEE">
        <w:rPr>
          <w:rFonts w:cs="Times New Roman"/>
        </w:rPr>
        <w:t>_________________________________________________</w:t>
      </w:r>
    </w:p>
    <w:p w14:paraId="0CEC3B4B" w14:textId="77777777" w:rsidR="007B2CEE" w:rsidRPr="007B2CEE" w:rsidRDefault="007B2CEE" w:rsidP="007B2CEE">
      <w:pPr>
        <w:spacing w:before="80" w:after="80"/>
        <w:jc w:val="center"/>
        <w:rPr>
          <w:rFonts w:cs="Times New Roman"/>
        </w:rPr>
      </w:pPr>
      <w:r w:rsidRPr="007B2CEE">
        <w:rPr>
          <w:rFonts w:cs="Times New Roman"/>
          <w:b/>
        </w:rPr>
        <w:t>C H I E D E</w:t>
      </w:r>
    </w:p>
    <w:p w14:paraId="5DAB6F01" w14:textId="77777777" w:rsidR="007B2CEE" w:rsidRPr="007B2CEE" w:rsidRDefault="007B2CEE" w:rsidP="007B2CEE">
      <w:pPr>
        <w:spacing w:after="100"/>
        <w:jc w:val="both"/>
        <w:rPr>
          <w:rFonts w:cs="Times New Roman"/>
        </w:rPr>
      </w:pPr>
      <w:r w:rsidRPr="007B2CEE">
        <w:rPr>
          <w:rFonts w:cs="Times New Roman"/>
        </w:rPr>
        <w:t>ai sensi dell’art. 5 del vigente Regolamento comunale, di poter usufruire, per l’alunno/a sopra indicato/a, del servizio di trasporto scolastico mediante scuolabus comunale per l’anno scolastico 2026/2027.</w:t>
      </w:r>
    </w:p>
    <w:p w14:paraId="14CE7380" w14:textId="77777777" w:rsidR="007B2CEE" w:rsidRPr="007B2CEE" w:rsidRDefault="007B2CEE" w:rsidP="007B2CEE">
      <w:pPr>
        <w:pStyle w:val="Titolo1"/>
        <w:spacing w:before="20" w:after="4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r w:rsidRPr="007B2CEE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DICHIARAZIONE E AUTORIZZAZIONE</w:t>
      </w:r>
    </w:p>
    <w:p w14:paraId="4F31ABD3" w14:textId="77777777" w:rsidR="007B2CEE" w:rsidRPr="007B2CEE" w:rsidRDefault="007B2CEE" w:rsidP="007B2CEE">
      <w:pPr>
        <w:jc w:val="both"/>
        <w:rPr>
          <w:rFonts w:cs="Times New Roman"/>
        </w:rPr>
      </w:pPr>
      <w:r w:rsidRPr="007B2CEE">
        <w:rPr>
          <w:rFonts w:cs="Times New Roman"/>
        </w:rPr>
        <w:t xml:space="preserve">Il/La sottoscritto/a si impegna </w:t>
      </w:r>
      <w:proofErr w:type="gramStart"/>
      <w:r w:rsidRPr="007B2CEE">
        <w:rPr>
          <w:rFonts w:cs="Times New Roman"/>
        </w:rPr>
        <w:t>a</w:t>
      </w:r>
      <w:proofErr w:type="gramEnd"/>
      <w:r w:rsidRPr="007B2CEE">
        <w:rPr>
          <w:rFonts w:cs="Times New Roman"/>
        </w:rPr>
        <w:t xml:space="preserve"> essere presente alla fermata dello scuolabus al momento del rientro da scuola oppure, in caso di propria assenza, autorizza l’autista a lasciare il/la figlio/a alla fermata nell’orario di rientro previsto.</w:t>
      </w:r>
    </w:p>
    <w:p w14:paraId="3F998B94" w14:textId="77777777" w:rsidR="007B2CEE" w:rsidRPr="007B2CEE" w:rsidRDefault="007B2CEE" w:rsidP="007B2CEE">
      <w:pPr>
        <w:spacing w:after="140"/>
        <w:jc w:val="both"/>
        <w:rPr>
          <w:rFonts w:cs="Times New Roman"/>
        </w:rPr>
      </w:pPr>
      <w:r w:rsidRPr="007B2CEE">
        <w:rPr>
          <w:rFonts w:cs="Times New Roman"/>
          <w:b/>
        </w:rPr>
        <w:t>Per gli alunni frequentanti la scuola dell’infanzia è obbligatoria la presenza del genitore o di altro adulto espressamente autorizzato alla fermata.</w:t>
      </w:r>
    </w:p>
    <w:tbl>
      <w:tblPr>
        <w:tblW w:w="1014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7B2CEE" w:rsidRPr="007B2CEE" w14:paraId="4AFBD0D2" w14:textId="77777777" w:rsidTr="00F73D14">
        <w:trPr>
          <w:jc w:val="center"/>
        </w:trPr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8C8303" w14:textId="77777777" w:rsidR="007B2CEE" w:rsidRPr="007B2CEE" w:rsidRDefault="007B2CEE" w:rsidP="00F73D14">
            <w:pPr>
              <w:spacing w:after="0"/>
              <w:rPr>
                <w:rFonts w:cs="Times New Roman"/>
              </w:rPr>
            </w:pPr>
            <w:r w:rsidRPr="007B2CEE">
              <w:rPr>
                <w:rFonts w:cs="Times New Roman"/>
              </w:rPr>
              <w:t>Blufi, lì __________________________</w:t>
            </w:r>
          </w:p>
        </w:tc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267F6C" w14:textId="77777777" w:rsidR="007B2CEE" w:rsidRDefault="007B2CEE" w:rsidP="00F73D14">
            <w:pPr>
              <w:spacing w:after="0"/>
              <w:jc w:val="center"/>
              <w:rPr>
                <w:rFonts w:cs="Times New Roman"/>
                <w:b/>
              </w:rPr>
            </w:pPr>
            <w:r w:rsidRPr="007B2CEE">
              <w:rPr>
                <w:rFonts w:cs="Times New Roman"/>
                <w:b/>
              </w:rPr>
              <w:t>Firma del richiedente</w:t>
            </w:r>
          </w:p>
          <w:p w14:paraId="298AC031" w14:textId="77777777" w:rsidR="007B2CEE" w:rsidRPr="007B2CEE" w:rsidRDefault="007B2CEE" w:rsidP="00F73D14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7B2CEE" w:rsidRPr="007B2CEE" w14:paraId="76B2E945" w14:textId="77777777" w:rsidTr="00F73D14">
        <w:trPr>
          <w:jc w:val="center"/>
        </w:trPr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86F666" w14:textId="77777777" w:rsidR="007B2CEE" w:rsidRPr="007B2CEE" w:rsidRDefault="007B2CEE" w:rsidP="00F73D14">
            <w:pPr>
              <w:spacing w:after="0"/>
              <w:rPr>
                <w:rFonts w:cs="Times New Roman"/>
              </w:rPr>
            </w:pPr>
          </w:p>
        </w:tc>
        <w:tc>
          <w:tcPr>
            <w:tcW w:w="507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A76AA5" w14:textId="77777777" w:rsidR="007B2CEE" w:rsidRPr="007B2CEE" w:rsidRDefault="007B2CEE" w:rsidP="00F73D14">
            <w:pPr>
              <w:spacing w:after="0"/>
              <w:jc w:val="center"/>
              <w:rPr>
                <w:rFonts w:cs="Times New Roman"/>
              </w:rPr>
            </w:pPr>
            <w:r w:rsidRPr="007B2CEE">
              <w:rPr>
                <w:rFonts w:cs="Times New Roman"/>
              </w:rPr>
              <w:t>________________________________</w:t>
            </w:r>
          </w:p>
        </w:tc>
      </w:tr>
    </w:tbl>
    <w:p w14:paraId="3472219A" w14:textId="77777777" w:rsidR="00774350" w:rsidRPr="007B2CEE" w:rsidRDefault="00774350" w:rsidP="007B2CEE">
      <w:pPr>
        <w:spacing w:after="0"/>
        <w:rPr>
          <w:rFonts w:cs="Times New Roman"/>
        </w:rPr>
      </w:pPr>
    </w:p>
    <w:sectPr w:rsidR="00774350" w:rsidRPr="007B2CEE" w:rsidSect="00431E29">
      <w:headerReference w:type="default" r:id="rId8"/>
      <w:footerReference w:type="default" r:id="rId9"/>
      <w:pgSz w:w="11906" w:h="16838"/>
      <w:pgMar w:top="3260" w:right="1416" w:bottom="964" w:left="879" w:header="198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1977" w14:textId="77777777" w:rsidR="007056D7" w:rsidRDefault="007056D7">
      <w:pPr>
        <w:spacing w:after="0" w:line="240" w:lineRule="auto"/>
      </w:pPr>
      <w:r>
        <w:separator/>
      </w:r>
    </w:p>
  </w:endnote>
  <w:endnote w:type="continuationSeparator" w:id="0">
    <w:p w14:paraId="300556BC" w14:textId="77777777" w:rsidR="007056D7" w:rsidRDefault="0070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223A" w14:textId="77777777" w:rsidR="008C5E25" w:rsidRPr="00CE1B95" w:rsidRDefault="008C5E25" w:rsidP="008C5E25">
    <w:pPr>
      <w:pStyle w:val="Pidipagina"/>
      <w:jc w:val="center"/>
      <w:rPr>
        <w:b/>
        <w:bCs/>
        <w:i/>
        <w:iCs/>
        <w:sz w:val="20"/>
        <w:szCs w:val="20"/>
      </w:rPr>
    </w:pPr>
    <w:r w:rsidRPr="007056D7">
      <w:rPr>
        <w:color w:val="000000"/>
        <w:sz w:val="18"/>
      </w:rPr>
      <w:t xml:space="preserve">Lucio Vaccarella 0921648912 – 3338300838 </w:t>
    </w:r>
    <w:proofErr w:type="gramStart"/>
    <w:r w:rsidRPr="007056D7">
      <w:rPr>
        <w:color w:val="000000"/>
        <w:sz w:val="18"/>
      </w:rPr>
      <w:t>-  luciovaccarella@comune.blufi.pa.it</w:t>
    </w:r>
    <w:proofErr w:type="gramEnd"/>
  </w:p>
  <w:p w14:paraId="5AB76994" w14:textId="77777777" w:rsidR="008C5E25" w:rsidRDefault="008C5E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17D36" w14:textId="77777777" w:rsidR="007056D7" w:rsidRDefault="007056D7">
      <w:pPr>
        <w:spacing w:after="0" w:line="240" w:lineRule="auto"/>
      </w:pPr>
      <w:r>
        <w:separator/>
      </w:r>
    </w:p>
  </w:footnote>
  <w:footnote w:type="continuationSeparator" w:id="0">
    <w:p w14:paraId="1BF3CA0A" w14:textId="77777777" w:rsidR="007056D7" w:rsidRDefault="0070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3019" w14:textId="77777777" w:rsidR="00B30868" w:rsidRDefault="00B30868">
    <w:pPr>
      <w:pStyle w:val="Intestazione"/>
    </w:pPr>
  </w:p>
  <w:tbl>
    <w:tblPr>
      <w:tblW w:w="10149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2410"/>
      <w:gridCol w:w="5330"/>
      <w:gridCol w:w="2409"/>
    </w:tblGrid>
    <w:tr w:rsidR="00B30868" w14:paraId="15CD9394" w14:textId="77777777">
      <w:trPr>
        <w:jc w:val="center"/>
      </w:trPr>
      <w:tc>
        <w:tcPr>
          <w:tcW w:w="240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A021450" w14:textId="77777777" w:rsidR="00B30868" w:rsidRDefault="00B30868">
          <w:pPr>
            <w:spacing w:after="0"/>
            <w:jc w:val="center"/>
          </w:pPr>
        </w:p>
        <w:p w14:paraId="5CD203BF" w14:textId="77777777" w:rsidR="00B30868" w:rsidRDefault="007056D7">
          <w:pPr>
            <w:spacing w:before="120" w:after="0"/>
            <w:jc w:val="center"/>
          </w:pPr>
          <w:r>
            <w:rPr>
              <w:noProof/>
            </w:rPr>
            <w:drawing>
              <wp:inline distT="0" distB="0" distL="0" distR="0" wp14:anchorId="0EFA85D6" wp14:editId="3BED1A90">
                <wp:extent cx="1260000" cy="829424"/>
                <wp:effectExtent l="0" t="0" r="0" b="0"/>
                <wp:docPr id="12332690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829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FE6A98C" w14:textId="77777777" w:rsidR="00B30868" w:rsidRDefault="00B30868">
          <w:pPr>
            <w:spacing w:after="0"/>
            <w:jc w:val="center"/>
          </w:pPr>
        </w:p>
        <w:p w14:paraId="4F036708" w14:textId="77777777" w:rsidR="00B30868" w:rsidRDefault="007056D7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1220EC85" wp14:editId="141E5481">
                <wp:extent cx="774000" cy="865831"/>
                <wp:effectExtent l="0" t="0" r="0" b="0"/>
                <wp:docPr id="96836253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000" cy="865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0946B75" w14:textId="77777777" w:rsidR="00B30868" w:rsidRDefault="007056D7">
          <w:pPr>
            <w:spacing w:after="0" w:line="228" w:lineRule="auto"/>
            <w:jc w:val="center"/>
          </w:pPr>
          <w:r>
            <w:rPr>
              <w:b/>
              <w:color w:val="000000"/>
              <w:sz w:val="35"/>
            </w:rPr>
            <w:t>COMUNE DI BLUFI</w:t>
          </w:r>
        </w:p>
        <w:p w14:paraId="68EB4144" w14:textId="77777777" w:rsidR="00B30868" w:rsidRDefault="007056D7">
          <w:pPr>
            <w:spacing w:after="0" w:line="228" w:lineRule="auto"/>
            <w:jc w:val="center"/>
          </w:pPr>
          <w:r>
            <w:rPr>
              <w:color w:val="000000"/>
              <w:sz w:val="23"/>
            </w:rPr>
            <w:t>Città Metropolitana di Palermo</w:t>
          </w:r>
        </w:p>
        <w:p w14:paraId="2433BEC6" w14:textId="77777777" w:rsidR="00B30868" w:rsidRDefault="007056D7">
          <w:pPr>
            <w:spacing w:after="0" w:line="228" w:lineRule="auto"/>
            <w:jc w:val="center"/>
          </w:pPr>
          <w:r>
            <w:rPr>
              <w:b/>
              <w:color w:val="000000"/>
              <w:sz w:val="25"/>
            </w:rPr>
            <w:t>Area Affari Generali</w:t>
          </w:r>
        </w:p>
        <w:p w14:paraId="702A6913" w14:textId="77777777" w:rsidR="00B30868" w:rsidRDefault="007056D7">
          <w:pPr>
            <w:spacing w:after="0" w:line="228" w:lineRule="auto"/>
            <w:jc w:val="center"/>
          </w:pPr>
          <w:r>
            <w:rPr>
              <w:color w:val="000000"/>
              <w:sz w:val="18"/>
            </w:rPr>
            <w:t>Piazza Municipio, 1 – 90020 Blufi (PA)</w:t>
          </w:r>
        </w:p>
      </w:tc>
      <w:tc>
        <w:tcPr>
          <w:tcW w:w="240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60DF21E" w14:textId="77777777" w:rsidR="00B30868" w:rsidRDefault="00B30868">
          <w:pPr>
            <w:spacing w:after="0"/>
            <w:jc w:val="center"/>
          </w:pPr>
        </w:p>
        <w:p w14:paraId="000E3840" w14:textId="77777777" w:rsidR="00B30868" w:rsidRDefault="007056D7">
          <w:pPr>
            <w:spacing w:before="200" w:after="120"/>
            <w:jc w:val="center"/>
          </w:pPr>
          <w:r>
            <w:rPr>
              <w:noProof/>
            </w:rPr>
            <w:drawing>
              <wp:inline distT="0" distB="0" distL="0" distR="0" wp14:anchorId="6A9C9674" wp14:editId="1444C5D2">
                <wp:extent cx="468000" cy="333982"/>
                <wp:effectExtent l="0" t="0" r="0" b="0"/>
                <wp:docPr id="49572124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3339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90B070" w14:textId="77777777" w:rsidR="00B30868" w:rsidRDefault="007056D7">
          <w:pPr>
            <w:spacing w:before="40" w:after="0"/>
            <w:jc w:val="center"/>
          </w:pPr>
          <w:r>
            <w:rPr>
              <w:noProof/>
            </w:rPr>
            <w:drawing>
              <wp:inline distT="0" distB="0" distL="0" distR="0" wp14:anchorId="2D65CF6C" wp14:editId="35D33CAC">
                <wp:extent cx="1278000" cy="541995"/>
                <wp:effectExtent l="0" t="0" r="0" b="0"/>
                <wp:docPr id="18238933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000" cy="541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AA3628B" w14:textId="77777777" w:rsidR="00B30868" w:rsidRDefault="007056D7">
    <w:pPr>
      <w:spacing w:after="0" w:line="228" w:lineRule="auto"/>
      <w:jc w:val="center"/>
    </w:pPr>
    <w:r>
      <w:rPr>
        <w:color w:val="000000"/>
        <w:sz w:val="18"/>
      </w:rPr>
      <w:t>e-mail: info@comune.blufi.pa.it – info@pec.comune.blufi.pa.it</w:t>
    </w:r>
  </w:p>
  <w:p w14:paraId="390836CD" w14:textId="77777777" w:rsidR="00B30868" w:rsidRDefault="00B30868">
    <w:pPr>
      <w:pBdr>
        <w:bottom w:val="single" w:sz="4" w:space="1" w:color="808080"/>
      </w:pBdr>
      <w:spacing w:before="4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0000003"/>
    <w:multiLevelType w:val="singleLevel"/>
    <w:tmpl w:val="00000003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2EE83D2C"/>
    <w:multiLevelType w:val="multilevel"/>
    <w:tmpl w:val="F174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826FD"/>
    <w:multiLevelType w:val="hybridMultilevel"/>
    <w:tmpl w:val="E87C59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3489910">
    <w:abstractNumId w:val="8"/>
  </w:num>
  <w:num w:numId="2" w16cid:durableId="2041738039">
    <w:abstractNumId w:val="6"/>
  </w:num>
  <w:num w:numId="3" w16cid:durableId="1445227668">
    <w:abstractNumId w:val="5"/>
  </w:num>
  <w:num w:numId="4" w16cid:durableId="666059530">
    <w:abstractNumId w:val="4"/>
  </w:num>
  <w:num w:numId="5" w16cid:durableId="1246912633">
    <w:abstractNumId w:val="7"/>
  </w:num>
  <w:num w:numId="6" w16cid:durableId="1536960981">
    <w:abstractNumId w:val="3"/>
  </w:num>
  <w:num w:numId="7" w16cid:durableId="1080564650">
    <w:abstractNumId w:val="2"/>
  </w:num>
  <w:num w:numId="8" w16cid:durableId="1751003512">
    <w:abstractNumId w:val="1"/>
  </w:num>
  <w:num w:numId="9" w16cid:durableId="1464078258">
    <w:abstractNumId w:val="0"/>
  </w:num>
  <w:num w:numId="10" w16cid:durableId="318659046">
    <w:abstractNumId w:val="12"/>
  </w:num>
  <w:num w:numId="11" w16cid:durableId="1675304772">
    <w:abstractNumId w:val="11"/>
  </w:num>
  <w:num w:numId="12" w16cid:durableId="1171989542">
    <w:abstractNumId w:val="9"/>
  </w:num>
  <w:num w:numId="13" w16cid:durableId="1909875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1B99"/>
    <w:rsid w:val="0015074B"/>
    <w:rsid w:val="001777A8"/>
    <w:rsid w:val="0029639D"/>
    <w:rsid w:val="002E0D18"/>
    <w:rsid w:val="00326F90"/>
    <w:rsid w:val="003C2E1D"/>
    <w:rsid w:val="003D73CD"/>
    <w:rsid w:val="00431E29"/>
    <w:rsid w:val="004B2338"/>
    <w:rsid w:val="007056D7"/>
    <w:rsid w:val="00774350"/>
    <w:rsid w:val="007B2CEE"/>
    <w:rsid w:val="007C72DA"/>
    <w:rsid w:val="007F2CE4"/>
    <w:rsid w:val="00821791"/>
    <w:rsid w:val="0085771A"/>
    <w:rsid w:val="008C5E25"/>
    <w:rsid w:val="009572DF"/>
    <w:rsid w:val="00A305C2"/>
    <w:rsid w:val="00AA1D8D"/>
    <w:rsid w:val="00AD1437"/>
    <w:rsid w:val="00B30868"/>
    <w:rsid w:val="00B47730"/>
    <w:rsid w:val="00BB279E"/>
    <w:rsid w:val="00C93B73"/>
    <w:rsid w:val="00CB0664"/>
    <w:rsid w:val="00CC74D6"/>
    <w:rsid w:val="00F637D7"/>
    <w:rsid w:val="00F665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90DEB"/>
  <w14:defaultImageDpi w14:val="300"/>
  <w15:docId w15:val="{723D6D76-BE93-4DAA-BC61-C89E25B7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82179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1791"/>
    <w:rPr>
      <w:color w:val="605E5C"/>
      <w:shd w:val="clear" w:color="auto" w:fill="E1DFDD"/>
    </w:rPr>
  </w:style>
  <w:style w:type="paragraph" w:customStyle="1" w:styleId="Contenutotabella">
    <w:name w:val="Contenuto tabella"/>
    <w:basedOn w:val="Normale"/>
    <w:rsid w:val="007C72DA"/>
    <w:pPr>
      <w:widowControl w:val="0"/>
      <w:suppressLineNumbers/>
      <w:suppressAutoHyphens/>
    </w:pPr>
    <w:rPr>
      <w:rFonts w:ascii="Calibri" w:eastAsia="Calibri" w:hAnsi="Calibri" w:cs="Calibri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Lucio Vaccarella</cp:lastModifiedBy>
  <cp:revision>2</cp:revision>
  <cp:lastPrinted>2026-06-29T10:28:00Z</cp:lastPrinted>
  <dcterms:created xsi:type="dcterms:W3CDTF">2026-08-24T21:09:00Z</dcterms:created>
  <dcterms:modified xsi:type="dcterms:W3CDTF">2026-08-24T21:09:00Z</dcterms:modified>
  <cp:category/>
</cp:coreProperties>
</file>